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Diversity and Inclusion Specialist</w:t>
      </w:r>
    </w:p>
    <w:p>
      <w:pPr>
        <w:spacing w:before="0" w:after="240"/>
      </w:pPr>
      <w:r>
        <w:t>I am writing to apply for the Diversity and Inclusion Specialist role at [Company Name]. With a background in HR analytics and policy, I have spent the last several years helping organisations turn workforce data into practical changes that improve representation and belonging. I am confident I can bring the same evidence-based approach to your team.</w:t>
      </w:r>
    </w:p>
    <w:p>
      <w:pPr>
        <w:spacing w:before="0" w:after="240"/>
      </w:pPr>
      <w:r>
        <w:t>In my current role, I led a workforce audit that revealed a gap in representation at the manager level. I worked with the executive team to introduce a sponsorship program and revise recruitment panels. Over 18 months, the number of women and culturally diverse managers increased by a dozen, and voluntary turnover among those groups dropped noticeably. I also reviewed our flexible work policy against the Fair Work Act, making it easier for carers and people with disability to request adjustments.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contribute to an organisation that takes its anti-discrimination obligations seriously and sees inclusion as a driver of better decisions, not just a compliance exercise.</w:t>
      </w:r>
    </w:p>
    <w:p>
      <w:pPr>
        <w:spacing w:before="0" w:after="240"/>
      </w:pPr>
      <w:r>
        <w:t>Thank you for considering my application. I have attached my resume and would welcome the chance to discuss how my experience in data analysis, training, and policy review can support your diversity and inclusion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