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Dog Breeder</w:t>
      </w:r>
    </w:p>
    <w:p>
      <w:pPr>
        <w:spacing w:before="0" w:after="240"/>
      </w:pPr>
      <w:r>
        <w:t>I am writing to apply for the Dog Breeder position at [Company Name]. With hands-on experience in all aspects of breeding, from selecting healthy breeding pairs to whelping and raising puppies, I am confident in my ability to contribute to your kennel's reputation for ethical and responsible breeding.</w:t>
      </w:r>
    </w:p>
    <w:p>
      <w:pPr>
        <w:spacing w:before="0" w:after="240"/>
      </w:pPr>
      <w:r>
        <w:t>In my previous role, I managed a small breeding program where I selected breeding pairs based on health test results, pedigree and temperament. I oversaw the whelping process and cared for newborn puppies, ensuring they received early veterinary checks and appropriate socialisation. I also maintained detailed records using BreedMate and Excel, which streamlined the registration and sales process. My efforts led to consistently healthy litters and positive feedback from buyers.</w:t>
      </w:r>
    </w:p>
    <w:p>
      <w:pPr>
        <w:spacing w:before="0" w:after="240"/>
      </w:pPr>
      <w:r>
        <w:t>I am particularly drawn to [Company Name] because [add one genuine, specific reason: a project, value, or market position you can point to]. I share your commitment to animal welfare and would welcome the opportunity to contribute to your breeding program.</w:t>
      </w:r>
    </w:p>
    <w:p>
      <w:pPr>
        <w:spacing w:before="0" w:after="240"/>
      </w:pPr>
      <w:r>
        <w:t>Thank you for considering my application. I have attached my resume, which provides further detail on my experience and qualifications. I look forward to the possibility of discussing how I can support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