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Dog Trainer</w:t>
      </w:r>
    </w:p>
    <w:p>
      <w:pPr>
        <w:spacing w:before="0" w:after="240"/>
      </w:pPr>
      <w:r>
        <w:t>I'm writing to apply for the Dog Trainer position at [Company Name]. I've spent my working time assessing dog behaviour and building training programs that owners can actually stick to, and this role's mix of one-on-one sessions and group classes fits how I like to work.</w:t>
      </w:r>
    </w:p>
    <w:p>
      <w:pPr>
        <w:spacing w:before="0" w:after="240"/>
      </w:pPr>
      <w:r>
        <w:t>In a recent case, I worked with a dog showing strong leash reactivity toward other dogs. I mapped out the triggers with the owner, set up a desensitisation plan using distance and high-value rewards, and had the dog walking calmly past other dogs on a busy path within six weeks. The owner kept up the homework because I broke each step down into something they could realistically manage at home, not just a set of instructions handed over once.</w:t>
      </w:r>
    </w:p>
    <w:p>
      <w:pPr>
        <w:spacing w:before="0" w:after="240"/>
      </w:pPr>
      <w:r>
        <w:t>[Company Name] stood out to me because [add one genuine, specific reason: a project, value, or market position you can point to]. That's the kind of environment where I want to keep building my skills alongside people who take training methodology seriously.</w:t>
      </w:r>
    </w:p>
    <w:p>
      <w:pPr>
        <w:spacing w:before="0" w:after="240"/>
      </w:pPr>
      <w:r>
        <w:t>Thanks for considering my application. I've attached my resume and would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