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Dog Walker</w:t>
      </w:r>
    </w:p>
    <w:p>
      <w:pPr>
        <w:spacing w:before="0" w:after="240"/>
      </w:pPr>
      <w:r>
        <w:t>I am applying for the Dog Walker role at [Company Name]. I have experience walking dogs of different breeds and temperaments, and I am looking for a role where reliable, calm handling and clear owner communication matter.</w:t>
      </w:r>
    </w:p>
    <w:p>
      <w:pPr>
        <w:spacing w:before="0" w:after="240"/>
      </w:pPr>
      <w:r>
        <w:t>In my current dog walking work, I manage a daily roster of regular dogs, including a group walk with dogs that need space from each other. I plan the route around weather and traffic, keep the group to a manageable size, and use leads and harnesses correctly so every dog is secure. I log toilet breaks, behaviour and any changes in health after each walk, which gives owners a clear record and helps me spot issues early. When one dog showed signs of heat stress, I moved it to shade, offered water and contacted the owner straight away instead of pushing on with the walk.</w:t>
      </w:r>
    </w:p>
    <w:p>
      <w:pPr>
        <w:spacing w:before="0" w:after="240"/>
      </w:pPr>
      <w:r>
        <w:t>I want to work with [Company Name] because [add one genuine, specific reason: a project, value, or market position you can point to]. I am also keen to bring my experience with PetPocketbook, Time To Pet and Rover to your booking and client update processes.</w:t>
      </w:r>
    </w:p>
    <w:p>
      <w:pPr>
        <w:spacing w:before="0" w:after="240"/>
      </w:pPr>
      <w:r>
        <w:t>Thank you for considering my application. I have attached my resume and would welcome the chance to meet you and your dogs. I can provide references from regular clients on request.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