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Dogger</w:t>
      </w:r>
    </w:p>
    <w:p>
      <w:pPr>
        <w:spacing w:before="0" w:after="240"/>
      </w:pPr>
      <w:r>
        <w:t>I am writing to apply for the Dogger position at [Company Name]. With a current High Risk Work Licence (Dogging) and hands-on experience directing crane operations on construction sites, I am confident in my ability to keep lifts safe, accurate and on schedule.</w:t>
      </w:r>
    </w:p>
    <w:p>
      <w:pPr>
        <w:spacing w:before="0" w:after="240"/>
      </w:pPr>
      <w:r>
        <w:t>In my previous role, I directed crane operators on a multi-level commercial project where tight site access required precise load control. I calculated weights and centres of gravity for prefabricated components, selected the correct slings and shackles, and used tag lines to guide loads into position without any damage to surrounding structures. My attention to load charts and exclusion zones meant the team completed the lift schedule without a single safety incident.</w:t>
      </w:r>
    </w:p>
    <w:p>
      <w:pPr>
        <w:spacing w:before="0" w:after="240"/>
      </w:pPr>
      <w:r>
        <w:t>I am drawn to [Company Name] because [add one genuine, specific reason: a project, value, or market position you can point to]. I am keen to contribute to a team that values safety and precision as much as I do.</w:t>
      </w:r>
    </w:p>
    <w:p>
      <w:pPr>
        <w:spacing w:before="0" w:after="240"/>
      </w:pPr>
      <w:r>
        <w:t>Thank you for considering my application. I have attached my resume for your review and look forward to discussing how my skills can support your upcoming projects.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