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Drama Teacher</w:t>
      </w:r>
    </w:p>
    <w:p>
      <w:pPr>
        <w:spacing w:before="0" w:after="240"/>
      </w:pPr>
      <w:r>
        <w:t>I am writing to apply for the Drama Teacher position at [Company Name]. I teach drama as a practical, ensemble-based subject, and I am drawn to schools where performance is treated as serious academic work rather than an add-on to the timetable.</w:t>
      </w:r>
    </w:p>
    <w:p>
      <w:pPr>
        <w:spacing w:before="0" w:after="240"/>
      </w:pPr>
      <w:r>
        <w:t>In my current role I direct the annual school production, which last year involved a cast and crew of more than 60 students and ran across four evening performances. The part I am proudest of is not the show itself but the Year 9 cohort behind it: I rebuilt the junior unit around improvisation and devising so that students with no performance background had a structured way in, and I worked with the wellbeing team to keep several anxious students engaged through to performance night. Alongside that, I moved senior stagecraft onto QLab and Audacity, which meant students programmed their own sound cues and the production no longer relied on another staff member being free each rehearsal.</w:t>
      </w:r>
    </w:p>
    <w:p>
      <w:pPr>
        <w:spacing w:before="0" w:after="240"/>
      </w:pPr>
      <w:r>
        <w:t>The reason I want to work at [add one genuine, specific reason: a project, value, or market position you can point to] is the sort of thing worth naming in a cover letter rather than leaving generic, and I would rather be specific about why your school than tell you I am passionate about drama in general.</w:t>
      </w:r>
    </w:p>
    <w:p>
      <w:pPr>
        <w:spacing w:before="0" w:after="240"/>
      </w:pPr>
      <w:r>
        <w:t>Thank you for considering my application. My resume is attached and sets out my teaching experience, registration details and production credits, and I would welcome the chance to discuss the role and what the drama program currently looks like at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