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Driving Examiner</w:t>
      </w:r>
    </w:p>
    <w:p>
      <w:pPr>
        <w:spacing w:before="0" w:after="240"/>
      </w:pPr>
      <w:r>
        <w:t>I am writing to apply for the Driving Examiner role at [Company Name]. With a background in transport operations and a commitment to road safety, I am confident in my ability to assess drivers fairly and accurately against state licensing standards.</w:t>
      </w:r>
    </w:p>
    <w:p>
      <w:pPr>
        <w:spacing w:before="0" w:after="240"/>
      </w:pPr>
      <w:r>
        <w:t>In my previous role, I conducted practical driving tests for car and heavy vehicle licences. I assessed candidates on vehicle control, road rule compliance, and hazard perception, and recorded outcomes using a mobile test assessment app. One achievement I am proud of was reducing candidate disputes by explaining test results clearly and consistently, which helped maintain trust in the testing process. I also handled up to 15 tests per day while keeping detailed records and reporting any safety concerns promptly.</w:t>
      </w:r>
    </w:p>
    <w:p>
      <w:pPr>
        <w:spacing w:before="0" w:after="240"/>
      </w:pPr>
      <w:r>
        <w:t>Why this employer: I am drawn to [Company Name] because [add one genuine, specific reason: a project, value, or market position you can point to]. I want to contribute to an organisation that values consistent, fair testing and continuous improvement in road safety.</w:t>
      </w:r>
    </w:p>
    <w:p>
      <w:pPr>
        <w:spacing w:before="0" w:after="240"/>
      </w:pPr>
      <w:r>
        <w:t>Thank you for considering my application. I have attached my resume and would welcome the opportunity to discuss how my experience in driving assessment and regulatory compliance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