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Driving Instructor</w:t>
      </w:r>
    </w:p>
    <w:p>
      <w:pPr>
        <w:spacing w:before="0" w:after="240"/>
      </w:pPr>
      <w:r>
        <w:t>I'm writing to apply for the Driving Instructor role. I hold current instructor accreditation and have spent my time on the road teaching learners from their very first lesson through to test day, which is exactly the kind of patient, structured teaching this role calls for.</w:t>
      </w:r>
    </w:p>
    <w:p>
      <w:pPr>
        <w:spacing w:before="0" w:after="240"/>
      </w:pPr>
      <w:r>
        <w:t>One learner I worked with had failed her test twice, both times losing points on roundabouts and lane changes under pressure. I broke the skill down into smaller steps, ran drills on the specific intersections she struggled with, and had her talk through her decisions out loud during the drive. She passed on her next attempt with no faults on either skill. That kind of targeted, calm coaching is how I approach every learner, not just the ones who are already confident behind the wheel.</w:t>
      </w:r>
    </w:p>
    <w:p>
      <w:pPr>
        <w:spacing w:before="0" w:after="240"/>
      </w:pPr>
      <w:r>
        <w:t>[add one genuine, specific reason: a project, value, or market position you can point to] is part of what draws me to [Company Name]. I want to teach within an organisation whose approach to learner drivers matches how I already work.</w:t>
      </w:r>
    </w:p>
    <w:p>
      <w:pPr>
        <w:spacing w:before="0" w:after="240"/>
      </w:pPr>
      <w:r>
        <w:t>Thank you for considering my application. I've attached my resume and would welcome the chance to discuss how I can fit into the team at [Company Name].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