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Drone Pilot</w:t>
      </w:r>
    </w:p>
    <w:p>
      <w:pPr>
        <w:spacing w:before="0" w:after="240"/>
      </w:pPr>
      <w:r>
        <w:t>I am writing to apply for the Drone Pilot role at [Company Name]. With a CASA Remote Pilot Licence and hands-on experience in aerial mapping and inspection, I am confident I can contribute to your team from day one.</w:t>
      </w:r>
    </w:p>
    <w:p>
      <w:pPr>
        <w:spacing w:before="0" w:after="240"/>
      </w:pPr>
      <w:r>
        <w:t>In a recent role, I planned and flew drone missions for a range of clients across agriculture and construction. One project involved mapping a large rural property to help the owner plan drainage and fencing. I coordinated airspace approvals, captured high-resolution imagery and processed it into clear maps and reports. The client used these to make informed decisions, and the work was completed safely and on schedule.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skills in surveying and data analysis to support your work in this area.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