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Economic Development Officer</w:t>
      </w:r>
    </w:p>
    <w:p>
      <w:pPr>
        <w:spacing w:before="0" w:after="240"/>
      </w:pPr>
      <w:r>
        <w:t>I am writing to apply for the Economic Development Officer role at [Company Name]. With a background in economic strategy and stakeholder engagement, I am confident I can contribute to growing investment and jobs in your region.</w:t>
      </w:r>
    </w:p>
    <w:p>
      <w:pPr>
        <w:spacing w:before="0" w:after="240"/>
      </w:pPr>
      <w:r>
        <w:t>In my previous role, I researched market conditions and identified priority sectors for a regional economy. I met with local business owners to understand their expansion barriers, then wrote an economic strategy that aligned with council priorities. I also managed a grant program that supported small businesses to invest and create jobs, and presented my findings to council and state agencies.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eager to bring my skills in strategy development and data analysis to support your economic development goals.</w:t>
      </w:r>
    </w:p>
    <w:p>
      <w:pPr>
        <w:spacing w:before="0" w:after="240"/>
      </w:pPr>
      <w:r>
        <w:t>Thank you for considering my application. I have attached my resume for your review and look forward to the opportunity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