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Educational Psychologist</w:t>
      </w:r>
    </w:p>
    <w:p>
      <w:pPr>
        <w:spacing w:before="0" w:after="240"/>
      </w:pPr>
      <w:r>
        <w:t>I am writing to apply for the Educational Psychologist position at [Company Name]. With registration as a psychologist and endorsement in educational and developmental psychology, I bring assessment, reporting and collaborative practice experience across school and community settings.</w:t>
      </w:r>
    </w:p>
    <w:p>
      <w:pPr>
        <w:spacing w:before="0" w:after="240"/>
      </w:pPr>
      <w:r>
        <w:t>In my current role, I assess students who have complex learning and behavioural needs using WISC-V, WIAT-III, Conners 4 and BASC-3. I recently worked with a Year 8 student whose previous reports described low motivation. A full cognitive and academic assessment identified a specific learning disorder in reading, and I worked with the learning support team to adjust text difficulty and introduce assistive technology. By the end of the term, the student was completing class tasks with less one-to-one support and had re-engaged with English.</w:t>
      </w:r>
    </w:p>
    <w:p>
      <w:pPr>
        <w:spacing w:before="0" w:after="240"/>
      </w:pPr>
      <w:r>
        <w:t>I am drawn to [Company Name] because [add one genuine, specific reason: a project, value, or market position you can point to]. I want to contribute to a team that values evidence-based assessment and genuine family partnership.</w:t>
      </w:r>
    </w:p>
    <w:p>
      <w:pPr>
        <w:spacing w:before="0" w:after="240"/>
      </w:pPr>
      <w:r>
        <w:t>Thank you for considering my application. My resume is attached, and I would welcome the chance to discuss how my assessment and consultation skills can support your students and families.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