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Electrical Engineer</w:t>
      </w:r>
    </w:p>
    <w:p>
      <w:pPr>
        <w:spacing w:before="0" w:after="240"/>
      </w:pPr>
      <w:r>
        <w:t>I'm writing to apply for the Electrical Engineer position at [Company Name]. My background covers circuit design, load analysis and on-site commissioning, which lines up closely with the technical and delivery demands of this role.</w:t>
      </w:r>
    </w:p>
    <w:p>
      <w:pPr>
        <w:spacing w:before="0" w:after="240"/>
      </w:pPr>
      <w:r>
        <w:t>In a recent project, I used ETAP to run load flow modelling on a distribution upgrade and picked up a capacity shortfall before equipment orders went out, which avoided a redesign further down the track. I then prepared the schematics and documentation the installation crew worked from on-site, and stayed involved through testing and commissioning to make sure the finished system matched the design intent.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I can see the practical results of the engineering I do, not just sign off on drawings.</w:t>
      </w:r>
    </w:p>
    <w:p>
      <w:pPr>
        <w:spacing w:before="0" w:after="240"/>
      </w:pPr>
      <w:r>
        <w:t>Thank you for considering my application. I've attached my resume and would welcome the chance to discuss how my design and site experience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