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Electrical Engineering Technician</w:t>
      </w:r>
    </w:p>
    <w:p>
      <w:pPr>
        <w:spacing w:before="0" w:after="240"/>
      </w:pPr>
      <w:r>
        <w:t>I am writing to apply for the Electrical Engineering Technician role at [Company Name]. With a background in power and control systems, I bring practical experience in preparing drawings, wiring switchboards, and testing installations to Australian standards.</w:t>
      </w:r>
    </w:p>
    <w:p>
      <w:pPr>
        <w:spacing w:before="0" w:after="240"/>
      </w:pPr>
      <w:r>
        <w:t>In my current role, I prepared electrical schematics and switchboard layouts for a manufacturing plant upgrade. Working with the project engineer, I identified a cable routing conflict before construction, which saved the team from rework and kept the switchboard delivery on schedule. I also carried out commissioning tests and recorded results for the as-built package.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contribute to work that matters and continue developing my skills in a team that values safety and quality.</w:t>
      </w:r>
    </w:p>
    <w:p>
      <w:pPr>
        <w:spacing w:before="0" w:after="240"/>
      </w:pPr>
      <w:r>
        <w:t>Thank you for considering my application. My resume is attached, and I would welcome the chance to discuss how my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