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Electrical Fitter</w:t>
      </w:r>
    </w:p>
    <w:p>
      <w:pPr>
        <w:spacing w:before="0" w:after="240"/>
      </w:pPr>
      <w:r>
        <w:t>I am applying for the Electrical Fitter role at [Company Name]. With a trade qualification, current electrical licence and hands-on experience installing, testing and maintaining electrical machinery and control systems, I am confident I can contribute to your maintenance and installation team.</w:t>
      </w:r>
    </w:p>
    <w:p>
      <w:pPr>
        <w:spacing w:before="0" w:after="240"/>
      </w:pPr>
      <w:r>
        <w:t>In my current role, I rewired a control panel for a packaging line after the original wiring became brittle and caused intermittent faults. I isolated the panel, replaced the wiring to drawing, tested each circuit with a multimeter and insulation tester, and updated the as-built drawings. The line ran without an electrical fault for the following six months, and the maintenance team used my drawings for later fault-finding. I also maintained motors, generators and switchgear across the plant, following lock out tag out and AS/NZS 3000 requirements on every job.</w:t>
      </w:r>
    </w:p>
    <w:p>
      <w:pPr>
        <w:spacing w:before="0" w:after="240"/>
      </w:pPr>
      <w:r>
        <w:t>I am interested in working for [Company Name] because [add one genuine, specific reason: a project, value, or market position you can point to]. I want to bring my fault-finding skills and safety focus to a team that values reliable plant and continuous improvement.</w:t>
      </w:r>
    </w:p>
    <w:p>
      <w:pPr>
        <w:spacing w:before="0" w:after="240"/>
      </w:pPr>
      <w:r>
        <w:t>Thank you for considering my application. My resume is attached, and I would welcome the opportunity to discuss how my experience can support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