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Electrician</w:t>
      </w:r>
    </w:p>
    <w:p>
      <w:pPr>
        <w:spacing w:before="0" w:after="240"/>
      </w:pPr>
      <w:r>
        <w:t>I'm writing to apply for the Electrician position at [Company Name]. With hands-on experience installing and maintaining electrical systems across residential and commercial sites, I'm confident I can contribute from day one.</w:t>
      </w:r>
    </w:p>
    <w:p>
      <w:pPr>
        <w:spacing w:before="0" w:after="240"/>
      </w:pPr>
      <w:r>
        <w:t>On a recent job, I traced an intermittent power failure that two previous callouts had missed, isolating it to a damaged connection inside a switchboard using systematic testing with a multimeter and voltage tester. Restoring the circuit safely within the visit avoided a full switchboard replacement and saved the client significant cost.</w:t>
      </w:r>
    </w:p>
    <w:p>
      <w:pPr>
        <w:spacing w:before="0" w:after="240"/>
      </w:pPr>
      <w:r>
        <w:t>[add one genuine, specific reason: a project, value, or market position you can point to] is what drew me to apply here rather than elsewhere.</w:t>
      </w:r>
    </w:p>
    <w:p>
      <w:pPr>
        <w:spacing w:before="0" w:after="240"/>
      </w:pPr>
      <w:r>
        <w:t>Thank you for considering my application. I've attached my resume with further detail on my licensing, experience and skills, and I'd welcome the chance to discuss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