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Electronic Engineering Technician</w:t>
      </w:r>
    </w:p>
    <w:p>
      <w:pPr>
        <w:spacing w:before="0" w:after="240"/>
      </w:pPr>
      <w:r>
        <w:t>I'm writing to apply for the Electronic Engineering Technician role at [Company Name]. With a diploma in electronics and hands-on experience testing, calibrating and repairing electronic systems, I'm confident I can support your engineering team in keeping equipment reliable and compliant.</w:t>
      </w:r>
    </w:p>
    <w:p>
      <w:pPr>
        <w:spacing w:before="0" w:after="240"/>
      </w:pPr>
      <w:r>
        <w:t>In my current role, I diagnosed a recurring fault in a production line sensor array that had been causing intermittent stoppages. By working through the schematics and using an oscilloscope to trace the signal path, I identified a noise issue on a power rail and implemented a filtering fix. The line has since run without that fault, and I documented the solution so others could apply it to similar setups.</w:t>
      </w:r>
    </w:p>
    <w:p>
      <w:pPr>
        <w:spacing w:before="0" w:after="240"/>
      </w:pPr>
      <w:r>
        <w:t>I'm keen to work for [Company Name] because [add one genuine, specific reason: a project, value, or market position you can point to]. I want to contribute to work that matches my skills in installation, maintenance and regulatory compliance.</w:t>
      </w:r>
    </w:p>
    <w:p>
      <w:pPr>
        <w:spacing w:before="0" w:after="240"/>
      </w:pPr>
      <w:r>
        <w:t>Thank you for considering my application. I've attached my resume and would welcome the chance to discuss how I can help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