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Electronics Technician</w:t>
      </w:r>
    </w:p>
    <w:p>
      <w:pPr>
        <w:spacing w:before="0" w:after="240"/>
      </w:pPr>
      <w:r>
        <w:t>I am applying for the Electronics Technician role at [Company Name]. My background in installing, testing and repairing electronic systems, combined with a careful approach to calibration and safety, makes me a strong fit for your team.</w:t>
      </w:r>
    </w:p>
    <w:p>
      <w:pPr>
        <w:spacing w:before="0" w:after="240"/>
      </w:pPr>
      <w:r>
        <w:t>In my current role, I diagnosed an intermittent fault on a packaging line that had caused repeated stoppages. By working through the circuit diagram and testing each sensor and power supply with a multimeter and oscilloscope, I traced the issue to a loose terminal and a failing capacitor. I repaired both, then ran the line through a full cycle test. The stoppages stopped, and the shift supervisor asked me to document the fix so the team could use it as a reference.</w:t>
      </w:r>
    </w:p>
    <w:p>
      <w:pPr>
        <w:spacing w:before="0" w:after="240"/>
      </w:pPr>
      <w:r>
        <w:t>I am keen to work for [Company Name] because [add one genuine, specific reason: a project, value, or market position you can point to]. I want to bring my fault-finding and calibration skills to a team that takes that kind of work seriously.</w:t>
      </w:r>
    </w:p>
    <w:p>
      <w:pPr>
        <w:spacing w:before="0" w:after="240"/>
      </w:pPr>
      <w:r>
        <w:t>Thank you for considering my application. I have attached my resume, which outlines my qualifications and experience in more detail. I look forward to the chance to discuss how I can contribute to your maintenance and installation work.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