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Emergency Physician</w:t>
      </w:r>
    </w:p>
    <w:p>
      <w:pPr>
        <w:spacing w:before="0" w:after="240"/>
      </w:pPr>
      <w:r>
        <w:t>I am writing to apply for the Emergency Physician role at [Company Name]. My training and day to day work sit squarely in the emergency department: assessing undifferentiated presentations, leading resuscitation and making the rapid decisions that shape a patient's course in the first hour.</w:t>
      </w:r>
    </w:p>
    <w:p>
      <w:pPr>
        <w:spacing w:before="0" w:after="240"/>
      </w:pPr>
      <w:r>
        <w:t>In my current role I lead the resuscitation team during time-critical presentations, assigning roles at the bedside and keeping the team coordinated through airway, breathing and circulation priorities before handing over to intensive care or theatre. Alongside this I supervise registrars and junior doctors across a rotating roster, running bedside teaching on procedures such as chest drain insertion and intubation. One registrar I worked with closely moved from hesitant to independently running uncomplicated resus cases within a few months, which came down to structured procedural coaching and feedback after each shift. I also contribute to departmental audit and simulation, and I document and communicate clearly so that inpatient teams and patients know exactly what has happened and what comes next.</w:t>
      </w:r>
    </w:p>
    <w:p>
      <w:pPr>
        <w:spacing w:before="0" w:after="240"/>
      </w:pPr>
      <w:r>
        <w:t>The reason I am applying to [Company Name] rather than anywhere else is [add one genuine, specific reason: a project, value, or market position you can point to]. I want to work somewhere the emergency department's approach to patient flow, teaching or service design is something I can name and contribute to, not just a place to fill a shift.</w:t>
      </w:r>
    </w:p>
    <w:p>
      <w:pPr>
        <w:spacing w:before="0" w:after="240"/>
      </w:pPr>
      <w:r>
        <w:t>Thank you for considering my application. My resume is attached and outlines my training, procedural experience and supervision background in more detail. I would welcome the chance to discuss how I can contribute to your emergency department.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