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Endocrinologist</w:t>
      </w:r>
    </w:p>
    <w:p>
      <w:pPr>
        <w:spacing w:before="0" w:after="240"/>
      </w:pPr>
      <w:r>
        <w:t>I am writing to express my interest in the Endocrinologist position at [Company Name]. As a specialist endocrinologist with AHPRA registration and FRACP, I am confident that my clinical experience and commitment to patient-centred care align well with your service.</w:t>
      </w:r>
    </w:p>
    <w:p>
      <w:pPr>
        <w:spacing w:before="0" w:after="240"/>
      </w:pPr>
      <w:r>
        <w:t>In my current role, I established a weekly diabetes technology clinic where I review continuous glucose monitoring and insulin pump data for patients with type 1 diabetes. By adjusting insulin regimens and providing targeted education, I helped reduce severe hypoglycaemic events and improve overall glycaemic control for this cohort.</w:t>
      </w:r>
    </w:p>
    <w:p>
      <w:pPr>
        <w:spacing w:before="0" w:after="240"/>
      </w:pPr>
      <w:r>
        <w:t>I am particularly drawn to [Company Name] because of your reputation for [add one genuine, specific reason: a project, value, or market position you can point to]. I am eager to contribute to a team that shares my commitment to evidence-based endocrinology and multidisciplinary care.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and experience can benefit your patients and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