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Environment, Health and Safety Manager</w:t>
      </w:r>
    </w:p>
    <w:p>
      <w:pPr>
        <w:spacing w:before="0" w:after="240"/>
      </w:pPr>
      <w:r>
        <w:t>I am writing to apply for the Environment, Health and Safety Manager role at [Company Name]. With a track record of building safety and environmental systems that meet Australian regulatory standards, I am confident I can help your organisation maintain a strong safety culture while ensuring full compliance.</w:t>
      </w:r>
    </w:p>
    <w:p>
      <w:pPr>
        <w:spacing w:before="0" w:after="240"/>
      </w:pPr>
      <w:r>
        <w:t>In my current role, I led a review of incident investigation procedures after noticing that repeat incidents were not being addressed effectively. I introduced a root cause analysis framework and trained site supervisors in its use, which led to a one-third reduction in repeat incidents over the following year. I also redesigned the safety induction program, making it more practical and scenario-based, which improved completion rates and safety observations on site.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an organisation that takes its safety and environmental responsibilities seriously, and I believe my experience in risk management and compliance would be a strong fit.</w:t>
      </w:r>
    </w:p>
    <w:p>
      <w:pPr>
        <w:spacing w:before="0" w:after="240"/>
      </w:pPr>
      <w:r>
        <w:t>Thank you for considering my application. I have attached my resume and would welcome the opportunity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