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Environmental Scientist</w:t>
      </w:r>
    </w:p>
    <w:p>
      <w:pPr>
        <w:spacing w:before="0" w:after="240"/>
      </w:pPr>
      <w:r>
        <w:t>I'm writing to apply for the Environmental Scientist position at [Company Name]. My background covers field sampling, contamination assessment and environmental reporting, and I'm looking for a role where I can apply that experience to real development and compliance projects rather than desk-based theory alone.</w:t>
      </w:r>
    </w:p>
    <w:p>
      <w:pPr>
        <w:spacing w:before="0" w:after="240"/>
      </w:pPr>
      <w:r>
        <w:t>On a recent site assessment, I ran soil and groundwater sampling against a tight approvals deadline, then modelled the results in GIS to pinpoint the extent of contamination before the client's development timeline was affected. That work fed directly into the environmental management plan submitted for regulatory sign-off, and it's the kind of practical, defensible outcome I aim to deliver on every project.</w:t>
      </w:r>
    </w:p>
    <w:p>
      <w:pPr>
        <w:spacing w:before="0" w:after="240"/>
      </w:pPr>
      <w:r>
        <w:t>What draws me to [Company Name] specifically is [add one genuine, specific reason: a project, value, or market position you can point to]. It's the sort of work I want to be part of, not just observe from the sidelines.</w:t>
      </w:r>
    </w:p>
    <w:p>
      <w:pPr>
        <w:spacing w:before="0" w:after="240"/>
      </w:pPr>
      <w:r>
        <w:t>Thank you for considering my application. I've attached my resume with further detail on my technical skills and project experience, and I'd welcome the chance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