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Equipment Hire Manager</w:t>
      </w:r>
    </w:p>
    <w:p>
      <w:pPr>
        <w:spacing w:before="0" w:after="240"/>
      </w:pPr>
      <w:r>
        <w:t>I am writing to apply for the Equipment Hire Manager role at [Company Name]. With hands-on experience running a mixed plant and tool hire operation, I can keep your fleet available, compliant and earning while giving construction, mining and agricultural customers a hire experience that brings them back.</w:t>
      </w:r>
    </w:p>
    <w:p>
      <w:pPr>
        <w:spacing w:before="0" w:after="240"/>
      </w:pPr>
      <w:r>
        <w:t>In my current role I inherited a fleet with overdue servicing and a backlog of damage claims. I set a weekly servicing schedule around confirmed bookings, introduced a pre-hire checklist and worked directly with clients to settle outstanding claims. Within a season we had lifted equipment availability across the busy periods, cut breakdown callouts noticeably and turned several one-off hires into ongoing rate agreements. The counter and yard team also had clearer priorities, which reduced the daily scramble and improved handover times.</w:t>
      </w:r>
    </w:p>
    <w:p>
      <w:pPr>
        <w:spacing w:before="0" w:after="240"/>
      </w:pPr>
      <w:r>
        <w:t>I want to work for [Company Name] because [add one genuine, specific reason: a project, value, or market position you can point to]. I am looking for a hire business where I can take real ownership of fleet performance and customer relationships, and where the yard and workshop teams are treated as the core of the operation.</w:t>
      </w:r>
    </w:p>
    <w:p>
      <w:pPr>
        <w:spacing w:before="0" w:after="240"/>
      </w:pPr>
      <w:r>
        <w:t>Thank you for considering my application. I have attached my resume and would welcome the chance to talk through how I can support your hire operations. I am available for an interview at your convenience.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