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Excavator Operator</w:t>
      </w:r>
    </w:p>
    <w:p>
      <w:pPr>
        <w:spacing w:before="0" w:after="240"/>
      </w:pPr>
      <w:r>
        <w:t>I'm writing to apply for the Excavator Operator role at [Company Name]. I've spent my time on civil and construction sites running 20 to 50 tonne excavators, reading plans and holding grade, and this role looks like a strong match for that background.</w:t>
      </w:r>
    </w:p>
    <w:p>
      <w:pPr>
        <w:spacing w:before="0" w:after="240"/>
      </w:pPr>
      <w:r>
        <w:t>On a recent job with restricted access and services running close to the dig line, I worked through the survey plans with the supervisor before start, agreed exclusion zones with the spotter, and kept the trench within tolerance using the laser level rather than relying on eye alone. It meant no rework and no near misses on a site where both were live risks.</w:t>
      </w:r>
    </w:p>
    <w:p>
      <w:pPr>
        <w:spacing w:before="0" w:after="240"/>
      </w:pPr>
      <w:r>
        <w:t>What draws me to [Company Name] is [add one genuine, specific reason: a project, value, or market position you can point to]. I want to work somewhere that takes plant safety and site coordination as seriously as the schedule.</w:t>
      </w:r>
    </w:p>
    <w:p>
      <w:pPr>
        <w:spacing w:before="0" w:after="240"/>
      </w:pPr>
      <w:r>
        <w:t>Thank you for considering my application. I've attached my resume and would welcome the chance to talk through how my experience fits your current sites.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