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Executive Assistant</w:t>
      </w:r>
    </w:p>
    <w:p>
      <w:pPr>
        <w:spacing w:before="0" w:after="240"/>
      </w:pPr>
      <w:r>
        <w:t>I'm writing to apply for the Executive Assistant role at [Company Name]. I've spent my career keeping senior leaders organised and one step ahead, and this role's mix of calendar management, executive briefings and cross-departmental coordination matches exactly what I do well.</w:t>
      </w:r>
    </w:p>
    <w:p>
      <w:pPr>
        <w:spacing w:before="0" w:after="240"/>
      </w:pPr>
      <w:r>
        <w:t>In a previous position I took over diary and travel management for a senior leader whose schedule regularly clashed across three departments and two time zones. I restructured the booking process, flagged conflicts before they became a problem, and built a simple briefing template the executive used ahead of every external meeting. Within a few months the number of last-minute reschedules dropped noticeably, and the executive started trusting me to make judgement calls on their behalf.</w:t>
      </w:r>
    </w:p>
    <w:p>
      <w:pPr>
        <w:spacing w:before="0" w:after="240"/>
      </w:pPr>
      <w:r>
        <w:t>[add one genuine, specific reason: a project, value, or market position you can point to] is part of why I want to work at [Company Name] specifically, rather than in a generic EA role elsewhere.</w:t>
      </w:r>
    </w:p>
    <w:p>
      <w:pPr>
        <w:spacing w:before="0" w:after="240"/>
      </w:pPr>
      <w:r>
        <w:t>Thank you for considering my application. I've attached my resume, which sets out my experience in more detail, and I'd welcome the chance to discuss how I can support your leadership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