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Facilities Manager</w:t>
      </w:r>
    </w:p>
    <w:p>
      <w:pPr>
        <w:spacing w:before="0" w:after="240"/>
      </w:pPr>
      <w:r>
        <w:t>I am writing to apply for the Facilities Manager role at [Company Name]. With a background in coordinating maintenance, contracts and compliance across commercial and industrial sites, I am confident I can help keep your buildings safe, functional and cost effective.</w:t>
      </w:r>
    </w:p>
    <w:p>
      <w:pPr>
        <w:spacing w:before="0" w:after="240"/>
      </w:pPr>
      <w:r>
        <w:t>In a previous role, I managed a portfolio of three office buildings, overseeing maintenance schedules and service contracts for cleaning, security and grounds. I led a project to relocate 200 staff across two sites, coordinating contractors and internal teams to complete the move over a weekend with no downtime for daily operations. I also introduced a preventive maintenance program using IBM Maximo, which cut reactive repair requests and improved tenant satisfaction.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sustainable and efficient facilities, and I would welcome the chance to contribute to your team.</w:t>
      </w:r>
    </w:p>
    <w:p>
      <w:pPr>
        <w:spacing w:before="0" w:after="240"/>
      </w:pPr>
      <w:r>
        <w:t>Thank you for considering my application. My resume is attached, and I look forward to discussing how my experience in facilities management can support your organisation.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