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Farm Worker</w:t>
      </w:r>
    </w:p>
    <w:p>
      <w:pPr>
        <w:spacing w:before="0" w:after="240"/>
      </w:pPr>
      <w:r>
        <w:t>I'm writing to apply for the Farm Worker position at [Company Name]. I have hands-on experience with the daily work a farm depends on, from livestock care to crop harvest, and I'm reliable when the pressure is on during peak season.</w:t>
      </w:r>
    </w:p>
    <w:p>
      <w:pPr>
        <w:spacing w:before="0" w:after="240"/>
      </w:pPr>
      <w:r>
        <w:t>In my most recent farm work I fed and checked a mixed livestock herd every day and picked up early signs of illness before they became serious, which kept vet call-outs down during lambing. I've also run tractors and fencing tools to keep paddocks stock-proof, and pitched in on mechanical harvest operations when the weather window was tight.</w:t>
      </w:r>
    </w:p>
    <w:p>
      <w:pPr>
        <w:spacing w:before="0" w:after="240"/>
      </w:pPr>
      <w:r>
        <w:t>[Company Name] stood out to me because [add one genuine, specific reason: a project, value, or market position you can point to]. I want to put my equipment skills and work ethic toward an operation I can see myself sticking with well past one season.</w:t>
      </w:r>
    </w:p>
    <w:p>
      <w:pPr>
        <w:spacing w:before="0" w:after="240"/>
      </w:pPr>
      <w:r>
        <w:t>Thank you for considering my application. I've attached my resume and I'm happy to provide references or discuss availability for an interview at a time that suits.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