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Fashion Stylist</w:t>
      </w:r>
    </w:p>
    <w:p>
      <w:pPr>
        <w:spacing w:before="0" w:after="240"/>
      </w:pPr>
      <w:r>
        <w:t>I am writing to apply for the Fashion Stylist role at [Company Name]. With a background in visual design and hands-on experience coordinating looks for editorial and commercial shoots, I am confident I can bring both creative judgement and practical organisation to your team.</w:t>
      </w:r>
    </w:p>
    <w:p>
      <w:pPr>
        <w:spacing w:before="0" w:after="240"/>
      </w:pPr>
      <w:r>
        <w:t>In my recent work, I styled a series of editorial shoots for a local fashion publication. I sourced pieces from independent Australian designers, coordinated fittings with models, and worked closely with the photographer and hair and makeup team to ensure each look matched the brief. I also managed the wardrobe budget and returns, which meant keeping detailed records and communicating clearly with everyone involved.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contribute to your upcoming campaigns and help shape looks that resonate with your audience.</w:t>
      </w:r>
    </w:p>
    <w:p>
      <w:pPr>
        <w:spacing w:before="0" w:after="240"/>
      </w:pPr>
      <w:r>
        <w:t>Thank you for considering my application. I have attached my resume and would be glad to discuss how my styling experience and attention to detail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