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Film and Television Director</w:t>
      </w:r>
    </w:p>
    <w:p>
      <w:pPr>
        <w:spacing w:before="0" w:after="240"/>
      </w:pPr>
      <w:r>
        <w:t>I am writing to apply for the Film and Television Director role at [Company Name]. With a background directing scripted and documentary projects from development through post, I bring a clear creative vision and the practical discipline to deliver it on time and within budget.</w:t>
      </w:r>
    </w:p>
    <w:p>
      <w:pPr>
        <w:spacing w:before="0" w:after="240"/>
      </w:pPr>
      <w:r>
        <w:t>In my most recent project, I directed a six-part web series that required me to cast and rehearse a diverse ensemble, work closely with the cinematographer to establish a visual language, and oversee the edit in DaVinci Resolve. The series was completed on schedule and screened at a national screen festival, and I managed the production schedule and budget alongside the producer without compromising the creative intent.</w:t>
      </w:r>
    </w:p>
    <w:p>
      <w:pPr>
        <w:spacing w:before="0" w:after="240"/>
      </w:pPr>
      <w:r>
        <w:t>I am keen to work with [Company Name] because [add one genuine, specific reason: a project, value, or market position you can point to]. I have followed the company's work in [area] and believe my experience in [specific skill] would allow me to contribute to your upcoming slate.</w:t>
      </w:r>
    </w:p>
    <w:p>
      <w:pPr>
        <w:spacing w:before="0" w:after="240"/>
      </w:pPr>
      <w:r>
        <w:t>Thank you for considering my application. My resume is attached, and I would welcome the opportunity to discuss how I can contribute to your upcoming productions.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