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Finance Broker</w:t>
      </w:r>
    </w:p>
    <w:p>
      <w:pPr>
        <w:spacing w:before="0" w:after="240"/>
      </w:pPr>
      <w:r>
        <w:t>I am writing to apply for the Finance Broker role at [Company Name]. With hands-on experience across home loans, asset finance and small business lending, I can assess a client's situation, compare options across a lender panel and manage the application through to settlement.</w:t>
      </w:r>
    </w:p>
    <w:p>
      <w:pPr>
        <w:spacing w:before="0" w:after="240"/>
      </w:pPr>
      <w:r>
        <w:t>In my current role, I worked with a small business owner who had been declined by their bank for equipment finance. I reviewed their financials, restructured the application around their cash flow and lodged it with a lender on our panel that specialised in their industry. The loan was approved, and the client was able to upgrade their machinery without disrupting day to day operations. That file also taught me the value of reading lender policy closely before submitting.</w:t>
      </w:r>
    </w:p>
    <w:p>
      <w:pPr>
        <w:spacing w:before="0" w:after="240"/>
      </w:pPr>
      <w:r>
        <w:t>I am drawn to [Company Name] because [add one genuine, specific reason: a project, value, or market position you can point to]. I want to work somewhere that takes compliance seriously while still finding ways to say yes to clients who fit a lender's policy.</w:t>
      </w:r>
    </w:p>
    <w:p>
      <w:pPr>
        <w:spacing w:before="0" w:after="240"/>
      </w:pPr>
      <w:r>
        <w:t>Thank you for considering my application. My resume is attached, and I would welcome the chance to discuss how my experience could support your clients and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