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Finance Manager</w:t>
      </w:r>
    </w:p>
    <w:p>
      <w:pPr>
        <w:spacing w:before="0" w:after="240"/>
      </w:pPr>
      <w:r>
        <w:t>I'm writing to apply for the Finance Manager role at [Company Name]. I've spent my career moving from the detail of financial reporting into leading the finance function itself, and this role's mix of budgeting, statutory reporting and team leadership matches exactly where I've built my strongest track record.</w:t>
      </w:r>
    </w:p>
    <w:p>
      <w:pPr>
        <w:spacing w:before="0" w:after="240"/>
      </w:pPr>
      <w:r>
        <w:t>In my most recent finance role, I took over a monthly reporting process that was consistently late and reworked it using SAP and Power BI, cutting the close cycle down while also giving the executive team a clearer, earlier view of cash flow and variance to budget. That change came from sitting with the team, understanding where the bottlenecks actually were, and fixing the process rather than just adding pressure to meet the old deadline.</w:t>
      </w:r>
    </w:p>
    <w:p>
      <w:pPr>
        <w:spacing w:before="0" w:after="240"/>
      </w:pPr>
      <w:r>
        <w:t>What draws me to [Company Name] specifically is [add one genuine, specific reason: a project, value, or market position you can point to]. Finance managers do their best work when they understand the business behind the numbers, and that's the kind of environment I want to be working in.</w:t>
      </w:r>
    </w:p>
    <w:p>
      <w:pPr>
        <w:spacing w:before="0" w:after="240"/>
      </w:pPr>
      <w:r>
        <w:t>Thank you for considering my application. I've attached my resume, which sets out my experience in more detail, and I'd welcome the chance to discuss how I could contribute to your finance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