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Fingerprint Expert</w:t>
      </w:r>
    </w:p>
    <w:p>
      <w:pPr>
        <w:spacing w:before="0" w:after="240"/>
      </w:pPr>
      <w:r>
        <w:t>I am writing to apply for the Fingerprint Expert role at [Company Name]. With hands-on experience in latent print recovery, comparison and court presentation, I am confident I can contribute to your forensic team from day one.</w:t>
      </w:r>
    </w:p>
    <w:p>
      <w:pPr>
        <w:spacing w:before="0" w:after="240"/>
      </w:pPr>
      <w:r>
        <w:t>In my current role, I have enhanced and compared latent prints from a wide range of evidence, including firearms and drug exhibits. One case involved a partial print on a plastic bag that had been overlooked; by applying cyanoacrylate fuming followed by a fluorescent dye stain, I developed a print that led to a match in AFIS and supported a successful prosecution. I also prepare expert reports and have given evidence in court, where clear explanations and strict chain-of-custody records are essential.</w:t>
      </w:r>
    </w:p>
    <w:p>
      <w:pPr>
        <w:spacing w:before="0" w:after="240"/>
      </w:pPr>
      <w:r>
        <w:t>Why I want to work for [Company Name]: [add one genuine, specific reason: a project, value, or market position you can point to]. I am keen to bring my technical skills and attention to detail to your team.</w:t>
      </w:r>
    </w:p>
    <w:p>
      <w:pPr>
        <w:spacing w:before="0" w:after="240"/>
      </w:pPr>
      <w:r>
        <w:t>Thank you for considering my application. My resume is attached, and I would welcome the opportunity to discuss how my experience aligns with your needs.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