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Firefighter</w:t>
      </w:r>
    </w:p>
    <w:p>
      <w:pPr>
        <w:spacing w:before="0" w:after="240"/>
      </w:pPr>
      <w:r>
        <w:t>I am writing to apply for the Firefighter position with [Company Name]. My background in emergency response and equipment operation, combined with training in rescue techniques and hazmat procedures, has prepared me to work effectively as part of a frontline crew.</w:t>
      </w:r>
    </w:p>
    <w:p>
      <w:pPr>
        <w:spacing w:before="0" w:after="240"/>
      </w:pPr>
      <w:r>
        <w:t>During recruit training and station-based work, I have operated SCBA, hydraulic rescue tools and thermal imaging cameras in live scenarios, and completed fire prevention inspections that identified genuine compliance issues before they became incidents. I stay calm when assessing hazard zones under time pressure, and I document incidents clearly so the information is useful to dispatch and other emergency services.</w:t>
      </w:r>
    </w:p>
    <w:p>
      <w:pPr>
        <w:spacing w:before="0" w:after="240"/>
      </w:pPr>
      <w:r>
        <w:t>[add one genuine, specific reason: a project, value, or market position you can point to] is part of why I want to work with [Company Name] specifically, alongside the reputation your crews have for community engagement and prevention work.</w:t>
      </w:r>
    </w:p>
    <w:p>
      <w:pPr>
        <w:spacing w:before="0" w:after="240"/>
      </w:pPr>
      <w:r>
        <w:t>Thank you for considering my application. I have attached my resume and would welcome the chance to discuss how my training and approach to frontline work would suit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