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Fitter</w:t>
      </w:r>
    </w:p>
    <w:p>
      <w:pPr>
        <w:spacing w:before="0" w:after="240"/>
      </w:pPr>
      <w:r>
        <w:t>I am writing to apply for the Fitter position at [Company Name]. With a Certificate III in Engineering - Mechanical Trade and hands-on experience maintaining and repairing mechanical plant, I am confident I can contribute to your team's safety and productivity.</w:t>
      </w:r>
    </w:p>
    <w:p>
      <w:pPr>
        <w:spacing w:before="0" w:after="240"/>
      </w:pPr>
      <w:r>
        <w:t>In my current role, I diagnosed a persistent vibration issue on a critical pump. By checking alignment and bearing condition, I identified a worn coupling and realigned the drive train, which eliminated the fault and reduced unplanned downtime from two shifts to one. I work from engineering drawings daily and routinely hold tolerances within 0.05 mm using micrometers and dial gauges.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bring my mechanical fitting skills to a workplace that values quality workmanship and safe practices.</w:t>
      </w:r>
    </w:p>
    <w:p>
      <w:pPr>
        <w:spacing w:before="0" w:after="240"/>
      </w:pPr>
      <w:r>
        <w:t>Thank you for considering my application. I have attached my resume and look forward to the opportunity to discuss how I can support your maintenance and installation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