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Fleet Manager</w:t>
      </w:r>
    </w:p>
    <w:p>
      <w:pPr>
        <w:spacing w:before="0" w:after="240"/>
      </w:pPr>
      <w:r>
        <w:t>I am writing to apply for the Fleet Manager role at [Company Name]. With experience overseeing vehicle maintenance, compliance and driver coordination, I am confident I can keep your fleet safe, roadworthy and cost effective.</w:t>
      </w:r>
    </w:p>
    <w:p>
      <w:pPr>
        <w:spacing w:before="0" w:after="240"/>
      </w:pPr>
      <w:r>
        <w:t>In my current position I manage a fleet that includes both light commercial and heavy vehicles. When unplanned breakdowns began affecting service delivery, I introduced a preventative maintenance schedule using our fleet management software and worked closely with drivers to report issues early. This reduced unplanned downtime, kept our registration and insurance records up to date, and gave operations a clearer view of vehicle availability. I also used telematics data to identify fuel inefficiencies across the fleet, which led to targeted driver coaching and a measurable drop in fuel spend.</w:t>
      </w:r>
    </w:p>
    <w:p>
      <w:pPr>
        <w:spacing w:before="0" w:after="240"/>
      </w:pPr>
      <w:r>
        <w:t>I am drawn to [Company Name] because [add one genuine, specific reason: a project, value, or market position you can point to]. I want to bring my operational and compliance experience to a fleet operation that takes safety and efficiency seriously.</w:t>
      </w:r>
    </w:p>
    <w:p>
      <w:pPr>
        <w:spacing w:before="0" w:after="240"/>
      </w:pPr>
      <w:r>
        <w:t>Thank you for considering my application. My resume is attached, and I would welcome the opportunity to discuss how I can support your fleet operations.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