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Flight Attendant</w:t>
      </w:r>
    </w:p>
    <w:p>
      <w:pPr>
        <w:spacing w:before="0" w:after="240"/>
      </w:pPr>
      <w:r>
        <w:t>I'm writing to apply for the Flight Attendant position with [Company Name]. I bring first-aid and emergency response training together with genuine composure in a confined, high-stakes cabin environment, and I'd bring both to your crew.</w:t>
      </w:r>
    </w:p>
    <w:p>
      <w:pPr>
        <w:spacing w:before="0" w:after="240"/>
      </w:pPr>
      <w:r>
        <w:t>In previous customer-facing work I've managed service to groups under time pressure while staying alert to safety details others miss, whether that's spotting a fault during a pre-service equipment check or reading a passenger's body language before a complaint escalates. That combination of vigilance and hospitality is exactly what cabin crew work demands, and it's where I've consistently performed well.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detail that tells me this is a crew I'd want to be part of, not just a job I'd fill.</w:t>
      </w:r>
    </w:p>
    <w:p>
      <w:pPr>
        <w:spacing w:before="0" w:after="240"/>
      </w:pPr>
      <w:r>
        <w:t>Thank you for considering my application. I've attached my resume and would welcome the chance to discuss how I can contribute to your cabin crew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