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Food Technologist</w:t>
      </w:r>
    </w:p>
    <w:p>
      <w:pPr>
        <w:spacing w:before="0" w:after="240"/>
      </w:pPr>
      <w:r>
        <w:t>I'm writing to apply for the Food Technologist role with [Company Name]. My background combines laboratory testing with hands-on production troubleshooting, which matches the mix of quality assurance and process support this role calls for.</w:t>
      </w:r>
    </w:p>
    <w:p>
      <w:pPr>
        <w:spacing w:before="0" w:after="240"/>
      </w:pPr>
      <w:r>
        <w:t>In a previous laboratory role, I traced a recurring quality deviation back to a specific point in the production line by cross-referencing microbiological results with batch records, then worked with the production team to adjust the process step causing it. The corrective action held on retesting and the issue didn't recur, which is the kind of practical problem solving I'd bring to your team.</w:t>
      </w:r>
    </w:p>
    <w:p>
      <w:pPr>
        <w:spacing w:before="0" w:after="240"/>
      </w:pPr>
      <w:r>
        <w:t>[add one genuine, specific reason: a project, value, or market position you can point to] is part of what draws me to [Company Name], and I'd welcome the chance to bring my lab and compliance experience to a team working on that.</w:t>
      </w:r>
    </w:p>
    <w:p>
      <w:pPr>
        <w:spacing w:before="0" w:after="240"/>
      </w:pPr>
      <w:r>
        <w:t>Thank you for considering my application. I've attached my resume with further detail on my laboratory and production experience, and I'd welcome the opportunity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