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Forensic Accountant</w:t>
      </w:r>
    </w:p>
    <w:p>
      <w:pPr>
        <w:spacing w:before="0" w:after="240"/>
      </w:pPr>
      <w:r>
        <w:t>I am writing to apply for the Forensic Accountant position at [Company Name]. With a background in auditing, financial analysis and fraud investigation, I am confident I can contribute to your team's work in uncovering financial misconduct and presenting clear evidence for legal proceedings.</w:t>
      </w:r>
    </w:p>
    <w:p>
      <w:pPr>
        <w:spacing w:before="0" w:after="240"/>
      </w:pPr>
      <w:r>
        <w:t>In a recent engagement, I reconstructed a series of complex transactions across multiple bank accounts to trace misappropriated funds. My analysis identified irregularities that had been missed in routine audits, and my subsequent report was used by legal counsel to support a successful recovery action. This experience honed my ability to combine meticulous financial analysis with clear, court-ready documentation.</w:t>
      </w:r>
    </w:p>
    <w:p>
      <w:pPr>
        <w:spacing w:before="0" w:after="240"/>
      </w:pPr>
      <w:r>
        <w:t>I am particularly drawn to [Company Name] because [add one genuine, specific reason: a project, value, or market position you can point to]. I am eager to bring my skills in data analytics and forensic investigation to your team and contribute to the high standards of your practice.</w:t>
      </w:r>
    </w:p>
    <w:p>
      <w:pPr>
        <w:spacing w:before="0" w:after="240"/>
      </w:pPr>
      <w:r>
        <w:t>Thank you for considering my application. I have attached my resume for your review and would welcome the opportunity to discuss how my experience aligns with your needs.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