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Forestry Worker</w:t>
      </w:r>
    </w:p>
    <w:p>
      <w:pPr>
        <w:spacing w:before="0" w:after="240"/>
      </w:pPr>
      <w:r>
        <w:t>I am writing to apply for the Forestry Worker position at [Company Name]. With practical experience in plantation and native forest operations, I am confident I can contribute to your team.</w:t>
      </w:r>
    </w:p>
    <w:p>
      <w:pPr>
        <w:spacing w:before="0" w:after="240"/>
      </w:pPr>
      <w:r>
        <w:t>In my previous role, I planted and tended over 5000 seedlings across a 20-hectare plantation, maintaining a high survival rate through careful site preparation and ongoing care. I also operated chainsaws and brushcutters to clear undergrowth and maintain firebreaks, ensuring safety and access during high-risk periods.</w:t>
      </w:r>
    </w:p>
    <w:p>
      <w:pPr>
        <w:spacing w:before="0" w:after="240"/>
      </w:pPr>
      <w:r>
        <w:t>I am drawn to [Company Name] because of [add one genuine, specific reason: a project, value, or market position you can point to]. I am keen to bring my skills in safe forestry practices to your organisation.</w:t>
      </w:r>
    </w:p>
    <w:p>
      <w:pPr>
        <w:spacing w:before="0" w:after="240"/>
      </w:pPr>
      <w:r>
        <w:t>Thank you for considering my application. My resume is attached for your review. I look forward to the opportunity to discuss how I can contribute to your forestry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