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Foundry Moulder</w:t>
      </w:r>
    </w:p>
    <w:p>
      <w:pPr>
        <w:spacing w:before="0" w:after="240"/>
      </w:pPr>
      <w:r>
        <w:t>I am writing to apply for the Foundry Moulder role at [Company Name]. With hands-on experience preparing sand moulds, setting cores and pouring molten metal, I am confident I can contribute to your casting production from the first shift.</w:t>
      </w:r>
    </w:p>
    <w:p>
      <w:pPr>
        <w:spacing w:before="0" w:after="240"/>
      </w:pPr>
      <w:r>
        <w:t>In my current foundry role, I prepare and ram sand moulds around patterns for mining and transport components, then set cores and close mould boxes before each pour. I check venting and alignment carefully, which has reduced sand drop and rework on our line. I also inspect finished castings for blowholes, shrinkage and dimensional variance, tagging anything outside tolerance so it can be reworked or scrapped before it reaches the customer. When our furnace team needed extra support, I stepped in to pour from hand ladles while monitoring temperature and pour rate to produce sound castings.</w:t>
      </w:r>
    </w:p>
    <w:p>
      <w:pPr>
        <w:spacing w:before="0" w:after="240"/>
      </w:pPr>
      <w:r>
        <w:t>I am drawn to [Company Name] because [add one genuine, specific reason: a project, value, or market position you can point to]. I want to bring my moulding and pouring experience to a foundry that takes quality and safety seriously.</w:t>
      </w:r>
    </w:p>
    <w:p>
      <w:pPr>
        <w:spacing w:before="0" w:after="240"/>
      </w:pPr>
      <w:r>
        <w:t>Thank you for considering my application. My resume is attached, and I would welcome the chance to discuss how I can support your foundry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