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</w:pPr>
      <w:r>
        <w:rPr>
          <w:b/>
          <w:color w:val="14161D"/>
          <w:sz w:val="40"/>
        </w:rPr>
        <w:t>Your Name</w:t>
      </w:r>
    </w:p>
    <w:p>
      <w:pPr>
        <w:spacing w:before="0" w:after="320"/>
      </w:pPr>
      <w:r>
        <w:rPr>
          <w:color w:val="4B5058"/>
          <w:sz w:val="19"/>
        </w:rPr>
        <w:t>your.email@example.com   •   0400 000 000</w:t>
      </w:r>
    </w:p>
    <w:p>
      <w:pPr>
        <w:spacing w:before="0" w:after="200"/>
      </w:pPr>
      <w:r>
        <w:t>[Date]</w:t>
      </w:r>
    </w:p>
    <w:p>
      <w:pPr>
        <w:spacing w:before="0" w:after="200"/>
      </w:pPr>
      <w:r>
        <w:t>[Hiring Manager Name]</w:t>
        <w:br/>
        <w:t>[Company Name]</w:t>
        <w:br/>
        <w:t>[Company Address]</w:t>
      </w:r>
    </w:p>
    <w:p>
      <w:pPr>
        <w:spacing w:before="120" w:after="280"/>
        <w:pBdr>
          <w:bottom w:val="single" w:sz="6" w:space="4" w:color="DFDED8"/>
        </w:pBdr>
      </w:pPr>
      <w:r>
        <w:rPr>
          <w:b/>
          <w:color w:val="2F62D9"/>
          <w:sz w:val="24"/>
        </w:rPr>
        <w:t>Re: Application for Freight Handler</w:t>
      </w:r>
    </w:p>
    <w:p>
      <w:pPr>
        <w:spacing w:before="0" w:after="240"/>
      </w:pPr>
      <w:r>
        <w:t>I am applying for the Freight Handler role at [Company Name]. With hands-on experience loading, unloading and checking freight in a high-volume depot, a current forklift licence and a solid grasp of safe manual handling, I can slot into your team and contribute from the first shift.</w:t>
      </w:r>
    </w:p>
    <w:p>
      <w:pPr>
        <w:spacing w:before="0" w:after="240"/>
      </w:pPr>
      <w:r>
        <w:t>In my most recent depot role I worked across inbound and outbound freight, scanning consignments against manifests and delivery dockets before they were loaded. On one occasion I picked up a mislabelled pallet destined for the wrong run and had it corrected before the truck left the yard, which kept the consignment with its correct customer and avoided a return trip. I also wrapped and restrained pallets to load restraint requirements and completed damage reports at handover, so the next crew always knew what had moved and what needed following up.</w:t>
      </w:r>
    </w:p>
    <w:p>
      <w:pPr>
        <w:spacing w:before="0" w:after="240"/>
      </w:pPr>
      <w:r>
        <w:t>Why I want to work here: [add one genuine, specific reason: a project, value, or market position you can point to].</w:t>
      </w:r>
    </w:p>
    <w:p>
      <w:pPr>
        <w:spacing w:before="0" w:after="240"/>
      </w:pPr>
      <w:r>
        <w:t>Thank you for considering my application. My resume is attached and sets out my licences, training and recent experience in more detail. I am available for shift work and would welcome the chance to discuss how I can support your operation.</w:t>
      </w:r>
    </w:p>
    <w:p>
      <w:pPr>
        <w:spacing w:before="160" w:after="0"/>
      </w:pPr>
      <w:r>
        <w:t>Kind regards,</w:t>
        <w:br/>
        <w:t>Your Name</w:t>
      </w:r>
    </w:p>
    <w:sectPr w:rsidR="00FC693F" w:rsidRPr="0006063C" w:rsidSect="00034616">
      <w:pgSz w:w="12240" w:h="15840"/>
      <w:pgMar w:top="1152" w:right="1296" w:bottom="1152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200" w:line="300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