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Front End Developer</w:t>
      </w:r>
    </w:p>
    <w:p>
      <w:pPr>
        <w:spacing w:before="0" w:after="240"/>
      </w:pPr>
      <w:r>
        <w:t>I'm writing to apply for the Front End Developer role at [Company Name]. I build responsive, accessible interfaces from design through to deployment, and this role's mix of API integration, performance work and close collaboration with UX designers matches how I like to work.</w:t>
      </w:r>
    </w:p>
    <w:p>
      <w:pPr>
        <w:spacing w:before="0" w:after="240"/>
      </w:pPr>
      <w:r>
        <w:t>In a recent project I rebuilt a set of customer-facing pages in React, replacing a slow, image-heavy layout with a code-split, cached version that noticeably improved load times on mobile. I tested the change across Chrome, Firefox and Safari before release and worked with the backend team to adjust the API response shape so the new components could render data cleanly. It's the kind of detail-focused, cross-team work I want to keep doing.</w:t>
      </w:r>
    </w:p>
    <w:p>
      <w:pPr>
        <w:spacing w:before="0" w:after="240"/>
      </w:pPr>
      <w:r>
        <w:t>[add one genuine, specific reason: a project, value, or market position you can point to] is what draws me to [Company Name] specifically, and I'd welcome the chance to bring my front end skills to a team building products at that level.</w:t>
      </w:r>
    </w:p>
    <w:p>
      <w:pPr>
        <w:spacing w:before="0" w:after="240"/>
      </w:pPr>
      <w:r>
        <w:t>Thank you for considering my application. I've attached my resume with further detail on my experience, and I'd be glad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