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Fruit and Vegetable Packer</w:t>
      </w:r>
    </w:p>
    <w:p>
      <w:pPr>
        <w:spacing w:before="0" w:after="240"/>
      </w:pPr>
      <w:r>
        <w:t>I am applying for the Fruit and Vegetable Packer role at [Company Name]. With hands-on experience grading, packing and dispatching fresh produce in packhouse and cool room environments, I can step into your team and keep quality and food safety standards on track from day one.</w:t>
      </w:r>
    </w:p>
    <w:p>
      <w:pPr>
        <w:spacing w:before="0" w:after="240"/>
      </w:pPr>
      <w:r>
        <w:t>In my most recent packhouse role, I worked on a conveyor sorting line grading citrus and stone fruit for size and ripeness. I focused on removing damaged fruit early and keeping carton labels and pallet counts accurate. That approach cut rejected cartons at the dispatch bay and helped the afternoon shift finish packing on time during peak harvest. I also kept my work area clean to HACCP requirements and passed daily hygiene checks without follow-up.</w:t>
      </w:r>
    </w:p>
    <w:p>
      <w:pPr>
        <w:spacing w:before="0" w:after="240"/>
      </w:pPr>
      <w:r>
        <w:t>I would like to work for [Company Name] because [add one genuine, specific reason: a project, value, or market position you can point to]. I am looking for a team that takes food safety and grading consistency seriously, and I am ready to contribute to your packing schedule through the season.</w:t>
      </w:r>
    </w:p>
    <w:p>
      <w:pPr>
        <w:spacing w:before="0" w:after="240"/>
      </w:pPr>
      <w:r>
        <w:t>Thank you for considering my application. I have attached my resume and would welcome the chance to discuss how my packing and food safety experience fits your needs.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