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Fruit Picker</w:t>
      </w:r>
    </w:p>
    <w:p>
      <w:pPr>
        <w:spacing w:before="0" w:after="240"/>
      </w:pPr>
      <w:r>
        <w:t>I am writing to apply for the Fruit Picker role at [Company Name]. With several seasons of harvest experience and a strong focus on quality and safety, I am confident I can contribute to your team.</w:t>
      </w:r>
    </w:p>
    <w:p>
      <w:pPr>
        <w:spacing w:before="0" w:after="240"/>
      </w:pPr>
      <w:r>
        <w:t>In my last harvest season, I picked and packed apples and stone fruit for a large orchard. I consistently met daily targets while keeping bruising low, and I worked with the crew to ensure bins were ready for transport on time. I also followed hygiene and safety procedures, including correct ladder use and manual handling.</w:t>
      </w:r>
    </w:p>
    <w:p>
      <w:pPr>
        <w:spacing w:before="0" w:after="240"/>
      </w:pPr>
      <w:r>
        <w:t>I am keen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would welcome the opportunity to discuss how I can contribute to your harvest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