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pPr>
      <w:r>
        <w:rPr>
          <w:b/>
          <w:color w:val="14161D"/>
          <w:sz w:val="40"/>
        </w:rPr>
        <w:t>Your Name</w:t>
      </w:r>
    </w:p>
    <w:p>
      <w:pPr>
        <w:spacing w:before="0" w:after="320"/>
      </w:pPr>
      <w:r>
        <w:rPr>
          <w:color w:val="4B5058"/>
          <w:sz w:val="19"/>
        </w:rPr>
        <w:t>your.email@example.com   •   0400 000 000</w:t>
      </w:r>
    </w:p>
    <w:p>
      <w:pPr>
        <w:spacing w:before="0" w:after="200"/>
      </w:pPr>
      <w:r>
        <w:t>[Date]</w:t>
      </w:r>
    </w:p>
    <w:p>
      <w:pPr>
        <w:spacing w:before="0" w:after="200"/>
      </w:pPr>
      <w:r>
        <w:t>[Hiring Manager Name]</w:t>
        <w:br/>
        <w:t>[Company Name]</w:t>
        <w:br/>
        <w:t>[Company Address]</w:t>
      </w:r>
    </w:p>
    <w:p>
      <w:pPr>
        <w:spacing w:before="120" w:after="280"/>
        <w:pBdr>
          <w:bottom w:val="single" w:sz="6" w:space="4" w:color="DFDED8"/>
        </w:pBdr>
      </w:pPr>
      <w:r>
        <w:rPr>
          <w:b/>
          <w:color w:val="2F62D9"/>
          <w:sz w:val="24"/>
        </w:rPr>
        <w:t>Re: Application for Fund Manager</w:t>
      </w:r>
    </w:p>
    <w:p>
      <w:pPr>
        <w:spacing w:before="0" w:after="240"/>
      </w:pPr>
      <w:r>
        <w:t>I am writing to apply for the Fund Manager position at [Company Name]. My background in financial analysis, portfolio construction and regulatory compliance aligns closely with the demands of managing pooled capital against defined investment objectives.</w:t>
      </w:r>
    </w:p>
    <w:p>
      <w:pPr>
        <w:spacing w:before="0" w:after="240"/>
      </w:pPr>
      <w:r>
        <w:t>In a previous portfolio role, I identified an underweight position in a sector following a review of economic data and financial reports, then worked with the investment committee to rebalance the fund's exposure. The adjustment brought the portfolio back within mandate limits and improved its position relative to benchmark over the following quarter. That process reflects how I approach fund management: methodical analysis, clear risk management, and a willingness to act on the evidence.</w:t>
      </w:r>
    </w:p>
    <w:p>
      <w:pPr>
        <w:spacing w:before="0" w:after="240"/>
      </w:pPr>
      <w:r>
        <w:t>[Company Name] stands out to me because [add one genuine, specific reason: a project, value, or market position you can point to]. I want to bring my analytical approach and client communication skills to a mandate where that strength matters.</w:t>
      </w:r>
    </w:p>
    <w:p>
      <w:pPr>
        <w:spacing w:before="0" w:after="240"/>
      </w:pPr>
      <w:r>
        <w:t>Thank you for considering my application. I have attached my resume and welcome the opportunity to discuss how I can contribute to your investment team.</w:t>
      </w:r>
    </w:p>
    <w:p>
      <w:pPr>
        <w:spacing w:before="160" w:after="0"/>
      </w:pPr>
      <w:r>
        <w:t>Kind regards,</w:t>
        <w:br/>
        <w:t>Your Name</w:t>
      </w:r>
    </w:p>
    <w:sectPr w:rsidR="00FC693F" w:rsidRPr="0006063C" w:rsidSect="00034616">
      <w:pgSz w:w="12240" w:h="15840"/>
      <w:pgMar w:top="1152" w:right="1296" w:bottom="1152"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200" w:line="300"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