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Game Designer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Game Designer with a focus on systems, progression and player experience across mobile and PC titles. Skilled at turning concepts into documented, testable mechanics and working closely with artists and programmers to ship features. Comfortable prototyping in Unity, running playtests and refining balance based on player data.</w:t>
      </w:r>
    </w:p>
    <w:p>
      <w:pPr>
        <w:spacing w:before="280" w:after="120"/>
        <w:jc w:val="left"/>
        <w:pBdr>
          <w:bottom w:val="single" w:sz="6" w:space="4" w:color="DFDED8"/>
        </w:pBdr>
      </w:pPr>
      <w:r>
        <w:rPr>
          <w:b/>
          <w:color w:val="2F62D9"/>
          <w:sz w:val="22"/>
        </w:rPr>
        <w:t>KEY SKILLS</w:t>
      </w:r>
    </w:p>
    <w:p>
      <w:pPr>
        <w:spacing w:before="0" w:after="200"/>
        <w:jc w:val="left"/>
      </w:pPr>
      <w:r>
        <w:t>Game mechanics design   •   Progression and economy systems   •   Playtesting and iteration   •   Design documentation and specifications   •   Game balancing and difficulty tuning   •   Prototyping in Unity and Unreal Engine   •   UX and interaction design   •   Data analysis for player behaviour   •   Visual design and creative software production   •   Product management   •   Programming and software development (C# scripting)   •   Blender   •   Adobe Photoshop   •   Jira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Game Designer</w:t>
      </w:r>
      <w:r>
        <w:t>, [Company Name], [City]</w:t>
      </w:r>
      <w:r>
        <w:rPr>
          <w:i/>
        </w:rPr>
        <w:tab/>
        <w:t>[Month Year] – [Month Year / Present]</w:t>
      </w:r>
    </w:p>
    <w:p>
      <w:pPr>
        <w:pStyle w:val="ListBullet"/>
        <w:spacing w:after="80" w:line="276" w:lineRule="auto"/>
      </w:pPr>
      <w:r>
        <w:t>Designed and documented core progression and economy systems for a free-to-play mobile game, reducing post-launch balance patches from monthly to quarterly.</w:t>
      </w:r>
    </w:p>
    <w:p>
      <w:pPr>
        <w:pStyle w:val="ListBullet"/>
        <w:spacing w:after="80" w:line="276" w:lineRule="auto"/>
      </w:pPr>
      <w:r>
        <w:t>Prototyped a new combat mechanic in Unity and iterated through three rounds of playtesting, which noticeably reduced tutorial drop-off.</w:t>
      </w:r>
    </w:p>
    <w:p>
      <w:pPr>
        <w:pStyle w:val="ListBullet"/>
        <w:spacing w:after="80" w:line="276" w:lineRule="auto"/>
      </w:pPr>
      <w:r>
        <w:t>Collaborated with a team of eight artists and programmers to scope and deliver a vertical slice, meeting the milestone deadline without cutting core features.</w:t>
      </w:r>
    </w:p>
    <w:p>
      <w:pPr>
        <w:pStyle w:val="ListBullet"/>
        <w:spacing w:after="80" w:line="276" w:lineRule="auto"/>
      </w:pPr>
      <w:r>
        <w:t>Wrote clear design specifications for a level progression system, cutting clarification requests from the programming team from daily to weekly.</w:t>
      </w:r>
    </w:p>
    <w:p>
      <w:pPr>
        <w:pStyle w:val="ListBullet"/>
        <w:spacing w:after="240" w:line="276" w:lineRule="auto"/>
      </w:pPr>
      <w:r>
        <w:t>Ran playtesting sessions with groups of 20 players, analysing feedback and data to prioritise changes for the next sprint, resulting in a more focused backlog and faster iteration.</w:t>
      </w:r>
    </w:p>
    <w:p>
      <w:pPr>
        <w:spacing w:before="280" w:after="120"/>
        <w:jc w:val="left"/>
        <w:pBdr>
          <w:bottom w:val="single" w:sz="6" w:space="4" w:color="DFDED8"/>
        </w:pBdr>
      </w:pPr>
      <w:r>
        <w:rPr>
          <w:b/>
          <w:color w:val="2F62D9"/>
          <w:sz w:val="22"/>
        </w:rPr>
        <w:t>EDUCATION</w:t>
      </w:r>
    </w:p>
    <w:p>
      <w:pPr>
        <w:spacing w:before="0" w:after="200"/>
        <w:jc w:val="left"/>
      </w:pPr>
      <w:r>
        <w:t>A Bachelor degree in game design, interactive media, computer science or a related discipline is the most common path, with some designers completing a postgraduate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