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Game Developer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Game Developer with hands-on experience writing and debugging gameplay code in C++ and C# across console, PC and mobile platforms. Comfortable working inside Unity and Unreal Engine to implement mechanics, physics and audio systems alongside designers and artists. Strong at profiling builds and fixing performance issues before milestone deadlines.</w:t>
      </w:r>
    </w:p>
    <w:p>
      <w:pPr>
        <w:spacing w:before="280" w:after="120"/>
        <w:jc w:val="left"/>
        <w:pBdr>
          <w:bottom w:val="single" w:sz="6" w:space="4" w:color="DFDED8"/>
        </w:pBdr>
      </w:pPr>
      <w:r>
        <w:rPr>
          <w:b/>
          <w:color w:val="2F62D9"/>
          <w:sz w:val="22"/>
        </w:rPr>
        <w:t>KEY SKILLS</w:t>
      </w:r>
    </w:p>
    <w:p>
      <w:pPr>
        <w:spacing w:before="0" w:after="200"/>
        <w:jc w:val="left"/>
      </w:pPr>
      <w:r>
        <w:t>Programming and software development (C++, C#)   •   Unity Engine   •   Unreal Engine   •   Agile delivery   •   Software testing and QA   •   Git version control   •   Perforce   •   Data analysis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Game Developer</w:t>
      </w:r>
      <w:r>
        <w:t>, [Company Name], [City]</w:t>
      </w:r>
      <w:r>
        <w:rPr>
          <w:i/>
        </w:rPr>
        <w:tab/>
        <w:t>[Month Year] – [Month Year / Present]</w:t>
      </w:r>
    </w:p>
    <w:p>
      <w:pPr>
        <w:pStyle w:val="ListBullet"/>
        <w:spacing w:after="80" w:line="276" w:lineRule="auto"/>
      </w:pPr>
      <w:r>
        <w:t>Wrote and debugged gameplay code in C++ and C# for console, PC and mobile builds, resolving critical bugs ahead of release milestones</w:t>
      </w:r>
    </w:p>
    <w:p>
      <w:pPr>
        <w:pStyle w:val="ListBullet"/>
        <w:spacing w:after="80" w:line="276" w:lineRule="auto"/>
      </w:pPr>
      <w:r>
        <w:t>Integrated 3D physics, animation and audio systems into game builds using Unity and Unreal Engine, improving build stability during QA passes</w:t>
      </w:r>
    </w:p>
    <w:p>
      <w:pPr>
        <w:pStyle w:val="ListBullet"/>
        <w:spacing w:after="80" w:line="276" w:lineRule="auto"/>
      </w:pPr>
      <w:r>
        <w:t>Profiled builds on target hardware and optimised memory and CPU usage, reducing frame drops in performance-heavy scenes</w:t>
      </w:r>
    </w:p>
    <w:p>
      <w:pPr>
        <w:pStyle w:val="ListBullet"/>
        <w:spacing w:after="80" w:line="276" w:lineRule="auto"/>
      </w:pPr>
      <w:r>
        <w:t>Worked with designers and artists in Agile sprints to implement gameplay mechanics and player interaction features from concept to playable build</w:t>
      </w:r>
    </w:p>
    <w:p>
      <w:pPr>
        <w:pStyle w:val="ListBullet"/>
        <w:spacing w:after="80" w:line="276" w:lineRule="auto"/>
      </w:pPr>
      <w:r>
        <w:t>Managed source control across a multi-person team using Git and Perforce, cutting merge conflicts during crunch periods</w:t>
      </w:r>
    </w:p>
    <w:p>
      <w:pPr>
        <w:pStyle w:val="ListBullet"/>
        <w:spacing w:after="240" w:line="276" w:lineRule="auto"/>
      </w:pPr>
      <w:r>
        <w:t>Ran structured test passes across builds, logging and triaging bugs to keep defect counts down heading into milestone reviews</w:t>
      </w:r>
    </w:p>
    <w:p>
      <w:pPr>
        <w:spacing w:before="280" w:after="120"/>
        <w:jc w:val="left"/>
        <w:pBdr>
          <w:bottom w:val="single" w:sz="6" w:space="4" w:color="DFDED8"/>
        </w:pBdr>
      </w:pPr>
      <w:r>
        <w:rPr>
          <w:b/>
          <w:color w:val="2F62D9"/>
          <w:sz w:val="22"/>
        </w:rPr>
        <w:t>EDUCATION</w:t>
      </w:r>
    </w:p>
    <w:p>
      <w:pPr>
        <w:spacing w:before="0" w:after="200"/>
        <w:jc w:val="left"/>
      </w:pPr>
      <w:r>
        <w:t>Bachelor degree in software engineering, computer science or games development is the most common pathway, with diploma-level game development qualifications and postgraduate specialisations also accepted by studios.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