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Gasfitter</w:t>
      </w:r>
    </w:p>
    <w:p>
      <w:pPr>
        <w:spacing w:before="0" w:after="240"/>
      </w:pPr>
      <w:r>
        <w:t>I am writing to apply for the Gasfitter role at [Company Name]. With my hands-on experience installing, testing and repairing gas systems, I am confident I can contribute to your team from day one.</w:t>
      </w:r>
    </w:p>
    <w:p>
      <w:pPr>
        <w:spacing w:before="0" w:after="240"/>
      </w:pPr>
      <w:r>
        <w:t>In my previous role, I was responsible for installing gas cooktops, heaters and hot water systems across a mix of older homes and new builds. One project involved replacing a failing gas line in a heritage property where access was tight. I used a pipe threading machine and flaring tool to fabricate a custom run, then pressure-tested it with a manometer and electronic detector before restoring supply. The job passed inspection first time and the client told me they appreciated the clear explanation of the compliance certificate.</w:t>
      </w:r>
    </w:p>
    <w:p>
      <w:pPr>
        <w:spacing w:before="0" w:after="240"/>
      </w:pPr>
      <w:r>
        <w:t>I am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 for your review, and I look forward to discussing how I can support your gasfitting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