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General Manager</w:t>
      </w:r>
    </w:p>
    <w:p>
      <w:pPr>
        <w:spacing w:before="0" w:after="240"/>
      </w:pPr>
      <w:r>
        <w:t>I am writing to apply for the General Manager role at [Company Name]. With experience running full business operations and reporting to a board, I bring the financial discipline, people leadership and operational focus this position requires.</w:t>
      </w:r>
    </w:p>
    <w:p>
      <w:pPr>
        <w:spacing w:before="0" w:after="240"/>
      </w:pPr>
      <w:r>
        <w:t>In my current role, I led the annual budget across five business units, working with each department head to align spending with strategic priorities. When monthly reporting showed a persistent gap between forecast and actual costs in one division, I brought operations, finance and sales together to redesign the approval workflow. This cut turnaround from six days to three and brought the division back to budget by the end of the financial year while maintaining service levels.</w:t>
      </w:r>
    </w:p>
    <w:p>
      <w:pPr>
        <w:spacing w:before="0" w:after="240"/>
      </w:pPr>
      <w:r>
        <w:t>I am drawn to [Company Name] because [add one genuine, specific reason: a project, value, or market position you can point to]. I am keen to bring my experience in strategy development, financial analysis and cross-functional leadership to a business that values long-term operational improvement.</w:t>
      </w:r>
    </w:p>
    <w:p>
      <w:pPr>
        <w:spacing w:before="0" w:after="240"/>
      </w:pPr>
      <w:r>
        <w:t>Thank you for considering my application. My resume is attached, and I would welcome the opportunity to discuss how I can contribute to [Company Name].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