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General Practitioner</w:t>
      </w:r>
    </w:p>
    <w:p>
      <w:pPr>
        <w:spacing w:before="0" w:after="240"/>
      </w:pPr>
      <w:r>
        <w:t>I am writing to apply for the General Practitioner position at [Company Name]. As a vocationally registered GP with FRACGP fellowship, I bring broad clinical experience across acute care, chronic disease management and preventive health, and I am looking for a practice where I can build long-term relationships with patients and their families.</w:t>
      </w:r>
    </w:p>
    <w:p>
      <w:pPr>
        <w:spacing w:before="0" w:after="240"/>
      </w:pPr>
      <w:r>
        <w:t>In my recent work I managed an ongoing caseload of patients with chronic conditions such as diabetes and hypertension, running regular medication reviews and care planning reviews to keep treatment on track. I also built a consistent approach to preventive health checks, using consultation time to pick up cardiovascular risk factors and overdue screening before they became urgent problems. This grounded, methodical approach to patient care is something I would bring to your practice from day one.</w:t>
      </w:r>
    </w:p>
    <w:p>
      <w:pPr>
        <w:spacing w:before="0" w:after="240"/>
      </w:pPr>
      <w:r>
        <w:t>I'm particularly interested in this role at [Company Name] because [add one genuine, specific reason: a project, value, or market position you can point to]. I also value practices that invest in supporting their clinicians to manage complex patient loads sustainably.</w:t>
      </w:r>
    </w:p>
    <w:p>
      <w:pPr>
        <w:spacing w:before="0" w:after="240"/>
      </w:pPr>
      <w:r>
        <w:t>Thank you for considering my application. I have attached my resume, which sets out my clinical background and fellowship details in full, and I would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