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Goat Farmer</w:t>
      </w:r>
    </w:p>
    <w:p>
      <w:pPr>
        <w:spacing w:before="0" w:after="240"/>
      </w:pPr>
      <w:r>
        <w:t>I am applying for the Goat Farmer position at [Company Name]. With hands-on experience across dairy, meat and fibre herds, I am confident in my ability to manage breeding, animal health and daily farm operations to a high standard.</w:t>
      </w:r>
    </w:p>
    <w:p>
      <w:pPr>
        <w:spacing w:before="0" w:after="240"/>
      </w:pPr>
      <w:r>
        <w:t>In my previous role, I managed a dairy goat herd of 150 does, overseeing milking, feeding and health checks. I introduced a detailed health monitoring system that reduced mastitis cases across the herd and maintained steady milk supply for a local processor. I also coordinated kidding and selection, using Breedplan records to improve milk yield over two seasons.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a farm that values animal welfare and sustainable production.</w:t>
      </w:r>
    </w:p>
    <w:p>
      <w:pPr>
        <w:spacing w:before="0" w:after="240"/>
      </w:pPr>
      <w:r>
        <w:t>Thank you for considering my application. My resume is attached, and I welcome the opportunity to discuss how my experience can support your herd and production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